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14217" w14:textId="211F700F" w:rsidR="00135C64" w:rsidRDefault="00000000">
      <w:pPr>
        <w:pStyle w:val="KitapkSnav"/>
        <w:spacing w:after="80"/>
      </w:pPr>
      <w:r>
        <w:t xml:space="preserve">2026-2027 EĞİTİM-ÖĞRETİM YILI </w:t>
      </w:r>
      <w:r w:rsidR="0079630D" w:rsidRPr="0079630D">
        <w:rPr>
          <w:color w:val="4BACC6" w:themeColor="accent5"/>
        </w:rPr>
        <w:t>TURKCEDERSİ.NET</w:t>
      </w:r>
      <w:r w:rsidR="0079630D">
        <w:t xml:space="preserve"> ORTAOKULU</w:t>
      </w:r>
      <w:r>
        <w:t xml:space="preserve"> 5. SINIF TÜRKÇE DERSİ 1. DÖNEM 1. YAZILI </w:t>
      </w:r>
      <w:r w:rsidR="004172DF">
        <w:t>(SENARYO 1)</w:t>
      </w:r>
    </w:p>
    <w:tbl>
      <w:tblPr>
        <w:tblStyle w:val="TabloKlavuzu"/>
        <w:tblW w:w="0" w:type="auto"/>
        <w:shd w:val="clear" w:color="auto" w:fill="DAEEF3" w:themeFill="accent5" w:themeFillTint="33"/>
        <w:tblLayout w:type="fixed"/>
        <w:tblLook w:val="04A0" w:firstRow="1" w:lastRow="0" w:firstColumn="1" w:lastColumn="0" w:noHBand="0" w:noVBand="1"/>
      </w:tblPr>
      <w:tblGrid>
        <w:gridCol w:w="4297"/>
        <w:gridCol w:w="1790"/>
        <w:gridCol w:w="1790"/>
        <w:gridCol w:w="2327"/>
      </w:tblGrid>
      <w:tr w:rsidR="00135C64" w14:paraId="3CB4F954" w14:textId="77777777" w:rsidTr="00272ED0">
        <w:trPr>
          <w:cantSplit/>
          <w:trHeight w:val="454"/>
        </w:trPr>
        <w:tc>
          <w:tcPr>
            <w:tcW w:w="4297" w:type="dxa"/>
            <w:shd w:val="clear" w:color="auto" w:fill="DAEEF3" w:themeFill="accent5" w:themeFillTint="33"/>
            <w:vAlign w:val="center"/>
          </w:tcPr>
          <w:p w14:paraId="1941569B" w14:textId="77777777" w:rsidR="00135C64" w:rsidRDefault="00000000">
            <w:pPr>
              <w:pStyle w:val="KitapkAlan"/>
            </w:pPr>
            <w:r>
              <w:rPr>
                <w:b/>
              </w:rPr>
              <w:t xml:space="preserve">Ad </w:t>
            </w:r>
            <w:proofErr w:type="spellStart"/>
            <w:r>
              <w:rPr>
                <w:b/>
              </w:rPr>
              <w:t>Soyad</w:t>
            </w:r>
            <w:proofErr w:type="spellEnd"/>
            <w:r>
              <w:rPr>
                <w:b/>
              </w:rPr>
              <w:t>:</w:t>
            </w:r>
          </w:p>
        </w:tc>
        <w:tc>
          <w:tcPr>
            <w:tcW w:w="1790" w:type="dxa"/>
            <w:shd w:val="clear" w:color="auto" w:fill="DAEEF3" w:themeFill="accent5" w:themeFillTint="33"/>
            <w:vAlign w:val="center"/>
          </w:tcPr>
          <w:p w14:paraId="7AA44183" w14:textId="77777777" w:rsidR="00135C64" w:rsidRDefault="00000000">
            <w:pPr>
              <w:pStyle w:val="KitapkAlan"/>
            </w:pPr>
            <w:r>
              <w:rPr>
                <w:b/>
              </w:rPr>
              <w:t>Numara:</w:t>
            </w:r>
          </w:p>
        </w:tc>
        <w:tc>
          <w:tcPr>
            <w:tcW w:w="1790" w:type="dxa"/>
            <w:shd w:val="clear" w:color="auto" w:fill="DAEEF3" w:themeFill="accent5" w:themeFillTint="33"/>
            <w:vAlign w:val="center"/>
          </w:tcPr>
          <w:p w14:paraId="0A722A31" w14:textId="77777777" w:rsidR="00135C64" w:rsidRDefault="00000000">
            <w:pPr>
              <w:pStyle w:val="KitapkAlan"/>
            </w:pPr>
            <w:r>
              <w:rPr>
                <w:b/>
              </w:rPr>
              <w:t>Sınıf:</w:t>
            </w:r>
          </w:p>
        </w:tc>
        <w:tc>
          <w:tcPr>
            <w:tcW w:w="2327" w:type="dxa"/>
            <w:shd w:val="clear" w:color="auto" w:fill="DAEEF3" w:themeFill="accent5" w:themeFillTint="33"/>
            <w:vAlign w:val="center"/>
          </w:tcPr>
          <w:p w14:paraId="58C946FB" w14:textId="77777777" w:rsidR="00135C64" w:rsidRDefault="00000000">
            <w:pPr>
              <w:pStyle w:val="KitapkAlan"/>
            </w:pPr>
            <w:r>
              <w:rPr>
                <w:b/>
              </w:rPr>
              <w:t>Puan: …… / 100</w:t>
            </w:r>
          </w:p>
        </w:tc>
      </w:tr>
    </w:tbl>
    <w:p w14:paraId="46F5E4F4" w14:textId="77777777" w:rsidR="00135C64" w:rsidRDefault="00135C64">
      <w:pPr>
        <w:pStyle w:val="KitapkNot"/>
        <w:pBdr>
          <w:bottom w:val="single" w:sz="4" w:space="1" w:color="8F8A80"/>
          <w:between w:val="single" w:sz="4" w:space="1" w:color="8F8A80"/>
        </w:pBdr>
      </w:pPr>
    </w:p>
    <w:p w14:paraId="625D4BAA" w14:textId="77777777" w:rsidR="00135C64" w:rsidRPr="00272ED0" w:rsidRDefault="00135C64">
      <w:pPr>
        <w:pStyle w:val="KitapkNot"/>
        <w:keepNext/>
        <w:spacing w:after="120" w:line="20" w:lineRule="exact"/>
        <w:rPr>
          <w:b/>
          <w:bCs/>
          <w:color w:val="0070C0"/>
          <w:sz w:val="2"/>
          <w:szCs w:val="2"/>
        </w:rPr>
      </w:pPr>
    </w:p>
    <w:p w14:paraId="302CAF98" w14:textId="6BE8F99D" w:rsidR="00135C64" w:rsidRPr="00272ED0" w:rsidRDefault="00272ED0">
      <w:pPr>
        <w:pStyle w:val="KitapkNot"/>
        <w:keepNext/>
        <w:pBdr>
          <w:bottom w:val="single" w:sz="2" w:space="1" w:color="C8C4BB"/>
        </w:pBdr>
        <w:spacing w:after="60"/>
        <w:rPr>
          <w:b/>
          <w:bCs/>
          <w:color w:val="4BACC6" w:themeColor="accent5"/>
          <w:sz w:val="15"/>
        </w:rPr>
      </w:pPr>
      <w:r w:rsidRPr="00272ED0">
        <w:rPr>
          <w:b/>
          <w:bCs/>
          <w:color w:val="4BACC6" w:themeColor="accent5"/>
          <w:sz w:val="15"/>
        </w:rPr>
        <w:t xml:space="preserve">T.O.5.6. Metnin yüzey anlamını belirleyebilme </w:t>
      </w:r>
    </w:p>
    <w:p w14:paraId="3DF4CFB5" w14:textId="77777777" w:rsidR="00A06F5A" w:rsidRPr="00542262" w:rsidRDefault="00000000" w:rsidP="00A06F5A">
      <w:r>
        <w:rPr>
          <w:b/>
        </w:rPr>
        <w:t xml:space="preserve">1.  </w:t>
      </w:r>
      <w:r w:rsidR="00A06F5A" w:rsidRPr="00542262">
        <w:t>Hayatta bazen en güzel şeyler, en küçük anlarda saklıdır. Sabah penceremi açtığımda içeri dolan serin hava, çaydanlığı</w:t>
      </w:r>
      <w:r w:rsidR="00A06F5A">
        <w:t>m</w:t>
      </w:r>
      <w:r w:rsidR="00A06F5A" w:rsidRPr="00542262">
        <w:t>dan yükselen buhar, sokakta oynayan çocukların kahkahaları... Hepsi sıradan görünür oysa dikkatle bakmayı bilene çok şey anlatır. Biz çoğu zaman mutluluğu büyük başarılarda</w:t>
      </w:r>
      <w:r w:rsidR="00A06F5A">
        <w:t xml:space="preserve"> ya da </w:t>
      </w:r>
      <w:r w:rsidR="00A06F5A" w:rsidRPr="00542262">
        <w:t xml:space="preserve">pahalı eşyalarda ararız. Hâlbuki mutluluk, kapımızın önünde bekleyen bir misafir gibidir; yeter ki kapıyı açmayı bilelim. </w:t>
      </w:r>
    </w:p>
    <w:p w14:paraId="21DD2D72" w14:textId="55E6A243" w:rsidR="00135C64" w:rsidRDefault="00A06F5A" w:rsidP="00A06F5A">
      <w:pPr>
        <w:spacing w:after="0"/>
        <w:rPr>
          <w:b/>
          <w:bCs/>
        </w:rPr>
      </w:pPr>
      <w:r w:rsidRPr="0049691C">
        <w:rPr>
          <w:b/>
          <w:bCs/>
        </w:rPr>
        <w:t>Bu metnin ana fikrini yazınız.</w:t>
      </w:r>
      <w:r w:rsidR="00687E73">
        <w:rPr>
          <w:b/>
          <w:bCs/>
        </w:rPr>
        <w:t xml:space="preserve"> (1</w:t>
      </w:r>
      <w:r w:rsidR="004F3225">
        <w:rPr>
          <w:b/>
          <w:bCs/>
        </w:rPr>
        <w:t>0</w:t>
      </w:r>
      <w:r w:rsidR="00687E73">
        <w:rPr>
          <w:b/>
          <w:bCs/>
        </w:rPr>
        <w:t xml:space="preserve"> Puan)</w:t>
      </w:r>
    </w:p>
    <w:p w14:paraId="3C02725E" w14:textId="3DC74F69" w:rsidR="00C30C58" w:rsidRPr="00542262" w:rsidRDefault="00C30C58" w:rsidP="00C30C58">
      <w:pPr>
        <w:rPr>
          <w:color w:val="EE0000"/>
        </w:rPr>
      </w:pPr>
      <w:r w:rsidRPr="00542262">
        <w:rPr>
          <w:color w:val="EE0000"/>
        </w:rPr>
        <w:t>Gerçek mutluluk büyük şeylerde değil hayatın küçük anlarında saklıdır.</w:t>
      </w:r>
    </w:p>
    <w:p w14:paraId="5507D432" w14:textId="6B46409C" w:rsidR="00135C64" w:rsidRPr="00A06F5A" w:rsidRDefault="00000000">
      <w:pPr>
        <w:pStyle w:val="KitapkNot"/>
        <w:keepNext/>
        <w:pBdr>
          <w:bottom w:val="single" w:sz="2" w:space="1" w:color="C8C4BB"/>
        </w:pBdr>
        <w:spacing w:after="60"/>
        <w:rPr>
          <w:color w:val="4BACC6" w:themeColor="accent5"/>
        </w:rPr>
      </w:pPr>
      <w:r w:rsidRPr="00A06F5A">
        <w:rPr>
          <w:color w:val="4BACC6" w:themeColor="accent5"/>
          <w:sz w:val="15"/>
        </w:rPr>
        <w:t>T.O.5.6. Metnin yüzey anlamını belirleyebilme</w:t>
      </w:r>
    </w:p>
    <w:p w14:paraId="0C7C00D0" w14:textId="77777777" w:rsidR="00A06F5A" w:rsidRPr="00BE6A57" w:rsidRDefault="00000000" w:rsidP="00A06F5A">
      <w:r>
        <w:rPr>
          <w:b/>
        </w:rPr>
        <w:t xml:space="preserve">2. </w:t>
      </w:r>
      <w:r w:rsidR="00A06F5A" w:rsidRPr="00BE6A57">
        <w:t xml:space="preserve">Karadeniz Bölgesi’nde yer alan Sümela Manastırı, Trabzon’un Maçka ilçesinde, yüksek bir kayalığın yamacına inşa edilmiştir. Manastır, her yıl binlerce yerli ve yabancı turist tarafından ziyaret edilmektedir. Yapının içinde ibadet odaları, mutfak, misafir odaları ve bir kütüphane bulunur. Özellikle kayalığa oyulmuş ana kilise, duvarlarındaki renkli freskleriyle en </w:t>
      </w:r>
      <w:r w:rsidR="00A06F5A">
        <w:t xml:space="preserve">etkileyici </w:t>
      </w:r>
      <w:r w:rsidR="00A06F5A" w:rsidRPr="00BE6A57">
        <w:t>bölümdür. Yüzyıllar önce yapılmasına rağmen bu freskler hâlâ canlılığını korumaktadır. Bu yönüyle manastır hem tarihî hem de doğal güzelliğiyle öne çıkmaktadır.</w:t>
      </w:r>
    </w:p>
    <w:p w14:paraId="51C35DD8" w14:textId="6E30B947" w:rsidR="00135C64" w:rsidRDefault="00A06F5A" w:rsidP="00A06F5A">
      <w:r w:rsidRPr="00BE6A57">
        <w:rPr>
          <w:b/>
          <w:bCs/>
        </w:rPr>
        <w:t xml:space="preserve">Manastırın ana kilisesinin en </w:t>
      </w:r>
      <w:r>
        <w:rPr>
          <w:b/>
          <w:bCs/>
        </w:rPr>
        <w:t xml:space="preserve">etkileyici </w:t>
      </w:r>
      <w:r w:rsidRPr="00BE6A57">
        <w:rPr>
          <w:b/>
          <w:bCs/>
        </w:rPr>
        <w:t>bölüm olmasının nedenini yazınız.</w:t>
      </w:r>
      <w:r w:rsidR="00687E73">
        <w:rPr>
          <w:b/>
          <w:bCs/>
        </w:rPr>
        <w:t xml:space="preserve"> (1</w:t>
      </w:r>
      <w:r w:rsidR="004F3225">
        <w:rPr>
          <w:b/>
          <w:bCs/>
        </w:rPr>
        <w:t>0</w:t>
      </w:r>
      <w:r w:rsidR="00687E73">
        <w:rPr>
          <w:b/>
          <w:bCs/>
        </w:rPr>
        <w:t xml:space="preserve"> Puan)</w:t>
      </w:r>
    </w:p>
    <w:p w14:paraId="77CEC10D" w14:textId="77777777" w:rsidR="00FF2C7A" w:rsidRPr="00F318B8" w:rsidRDefault="00FF2C7A" w:rsidP="00FF2C7A">
      <w:pPr>
        <w:rPr>
          <w:color w:val="EE0000"/>
        </w:rPr>
      </w:pPr>
      <w:r w:rsidRPr="00F318B8">
        <w:rPr>
          <w:color w:val="EE0000"/>
        </w:rPr>
        <w:t xml:space="preserve">Duvarlarındaki renkli freskler yüzyıllar öncesine ait olmasına rağmen canlılığını koruduğu için en </w:t>
      </w:r>
      <w:r>
        <w:rPr>
          <w:color w:val="EE0000"/>
        </w:rPr>
        <w:t>etkileyici</w:t>
      </w:r>
      <w:r w:rsidRPr="00F318B8">
        <w:rPr>
          <w:color w:val="EE0000"/>
        </w:rPr>
        <w:t xml:space="preserve"> bölümdür.</w:t>
      </w:r>
    </w:p>
    <w:p w14:paraId="02224288" w14:textId="77777777" w:rsidR="00135C64" w:rsidRDefault="00135C64">
      <w:pPr>
        <w:pStyle w:val="KitapkNot"/>
        <w:keepNext/>
        <w:spacing w:after="120" w:line="20" w:lineRule="exact"/>
        <w:rPr>
          <w:sz w:val="2"/>
          <w:szCs w:val="2"/>
        </w:rPr>
      </w:pPr>
    </w:p>
    <w:p w14:paraId="775F007E" w14:textId="236DEEC5" w:rsidR="00135C64" w:rsidRPr="004A0A00" w:rsidRDefault="00664227">
      <w:pPr>
        <w:pStyle w:val="KitapkNot"/>
        <w:keepNext/>
        <w:pBdr>
          <w:bottom w:val="single" w:sz="2" w:space="1" w:color="C8C4BB"/>
        </w:pBdr>
        <w:spacing w:after="60"/>
        <w:rPr>
          <w:color w:val="4BACC6" w:themeColor="accent5"/>
        </w:rPr>
      </w:pPr>
      <w:r w:rsidRPr="004A0A00">
        <w:rPr>
          <w:color w:val="4BACC6" w:themeColor="accent5"/>
          <w:sz w:val="15"/>
        </w:rPr>
        <w:t>T.Y.5.16. Yazım ve noktalama işaretleriyle ilgili kuralları uygulayabilme</w:t>
      </w:r>
    </w:p>
    <w:p w14:paraId="25609CDA" w14:textId="23E37DC0" w:rsidR="000B2D5F" w:rsidRPr="005F65A3" w:rsidRDefault="00000000" w:rsidP="000B2D5F">
      <w:pPr>
        <w:rPr>
          <w:rFonts w:eastAsia="Times New Roman" w:cs="Times New Roman"/>
          <w:b/>
          <w:color w:val="auto"/>
        </w:rPr>
      </w:pPr>
      <w:r>
        <w:rPr>
          <w:b/>
        </w:rPr>
        <w:t>3.</w:t>
      </w:r>
      <w:r w:rsidR="00664227">
        <w:rPr>
          <w:b/>
        </w:rPr>
        <w:t xml:space="preserve"> </w:t>
      </w:r>
      <w:r w:rsidR="000B2D5F" w:rsidRPr="005F65A3">
        <w:rPr>
          <w:rFonts w:eastAsia="Times New Roman" w:cs="Times New Roman"/>
          <w:b/>
          <w:color w:val="auto"/>
        </w:rPr>
        <w:t xml:space="preserve">Aşağıda verilen cümleleri büyük harflerin kullanımına dikkat ederek ve noktalama işaretlerini uygun yerlere koyarak yeniden yazınız. </w:t>
      </w:r>
      <w:r w:rsidR="000B2D5F">
        <w:rPr>
          <w:rFonts w:eastAsia="Times New Roman" w:cs="Times New Roman"/>
          <w:b/>
          <w:color w:val="auto"/>
        </w:rPr>
        <w:t>(20 Puan)</w:t>
      </w:r>
      <w:r w:rsidR="00EC4501">
        <w:rPr>
          <w:rFonts w:eastAsia="Times New Roman" w:cs="Times New Roman"/>
          <w:b/>
          <w:color w:val="auto"/>
        </w:rPr>
        <w:t xml:space="preserve"> (Her düzelti 2 Puan)</w:t>
      </w:r>
    </w:p>
    <w:p w14:paraId="066E11B8" w14:textId="07738559" w:rsidR="000B2D5F" w:rsidRPr="005F65A3" w:rsidRDefault="000B2D5F" w:rsidP="000B2D5F">
      <w:pPr>
        <w:rPr>
          <w:rFonts w:eastAsia="Times New Roman" w:cs="Times New Roman"/>
          <w:color w:val="auto"/>
        </w:rPr>
      </w:pPr>
      <w:r>
        <w:rPr>
          <w:rFonts w:eastAsia="Times New Roman" w:cs="Times New Roman"/>
          <w:color w:val="auto"/>
        </w:rPr>
        <w:t xml:space="preserve">a) </w:t>
      </w:r>
      <w:r w:rsidRPr="005F65A3">
        <w:rPr>
          <w:rFonts w:eastAsia="Times New Roman" w:cs="Times New Roman"/>
          <w:color w:val="auto"/>
        </w:rPr>
        <w:t>TEKNOFEST</w:t>
      </w:r>
      <w:r w:rsidR="008C5059">
        <w:rPr>
          <w:rFonts w:eastAsia="Times New Roman" w:cs="Times New Roman"/>
          <w:color w:val="auto"/>
        </w:rPr>
        <w:t>,</w:t>
      </w:r>
      <w:r w:rsidRPr="005F65A3">
        <w:rPr>
          <w:rFonts w:eastAsia="Times New Roman" w:cs="Times New Roman"/>
          <w:color w:val="auto"/>
        </w:rPr>
        <w:t xml:space="preserve"> bu yıl </w:t>
      </w:r>
      <w:proofErr w:type="spellStart"/>
      <w:r w:rsidRPr="005F65A3">
        <w:rPr>
          <w:rFonts w:eastAsia="Times New Roman" w:cs="Times New Roman"/>
          <w:color w:val="auto"/>
        </w:rPr>
        <w:t>şanlıurfada</w:t>
      </w:r>
      <w:proofErr w:type="spellEnd"/>
      <w:r w:rsidRPr="005F65A3">
        <w:rPr>
          <w:rFonts w:eastAsia="Times New Roman" w:cs="Times New Roman"/>
          <w:color w:val="auto"/>
        </w:rPr>
        <w:t xml:space="preserve"> mı düzenlendi</w:t>
      </w:r>
    </w:p>
    <w:p w14:paraId="6B08DE22" w14:textId="72677EAC" w:rsidR="00E37733" w:rsidRPr="00E37733" w:rsidRDefault="00E37733" w:rsidP="000B2D5F">
      <w:pPr>
        <w:rPr>
          <w:rFonts w:eastAsia="Times New Roman" w:cs="Times New Roman"/>
          <w:color w:val="EE0000"/>
        </w:rPr>
      </w:pPr>
      <w:r w:rsidRPr="00E37733">
        <w:rPr>
          <w:rFonts w:eastAsia="Times New Roman" w:cs="Times New Roman"/>
          <w:color w:val="EE0000"/>
        </w:rPr>
        <w:t>TEKNOFEST</w:t>
      </w:r>
      <w:r w:rsidR="008C5059">
        <w:rPr>
          <w:rFonts w:eastAsia="Times New Roman" w:cs="Times New Roman"/>
          <w:color w:val="EE0000"/>
        </w:rPr>
        <w:t>,</w:t>
      </w:r>
      <w:r w:rsidRPr="00E37733">
        <w:rPr>
          <w:rFonts w:eastAsia="Times New Roman" w:cs="Times New Roman"/>
          <w:color w:val="EE0000"/>
        </w:rPr>
        <w:t xml:space="preserve"> bu yıl Şanlıurfa’da mı düzenlendi</w:t>
      </w:r>
      <w:r>
        <w:rPr>
          <w:rFonts w:eastAsia="Times New Roman" w:cs="Times New Roman"/>
          <w:color w:val="EE0000"/>
        </w:rPr>
        <w:t>?</w:t>
      </w:r>
    </w:p>
    <w:p w14:paraId="704ACBA4" w14:textId="7B7C4FA8" w:rsidR="000B2D5F" w:rsidRPr="005F65A3" w:rsidRDefault="000B2D5F" w:rsidP="000B2D5F">
      <w:pPr>
        <w:rPr>
          <w:rFonts w:eastAsia="Times New Roman" w:cs="Times New Roman"/>
          <w:color w:val="auto"/>
        </w:rPr>
      </w:pPr>
      <w:r>
        <w:rPr>
          <w:rFonts w:eastAsia="Times New Roman" w:cs="Times New Roman"/>
          <w:color w:val="auto"/>
        </w:rPr>
        <w:t xml:space="preserve">b) </w:t>
      </w:r>
      <w:r w:rsidRPr="005F65A3">
        <w:rPr>
          <w:rFonts w:eastAsia="Times New Roman" w:cs="Times New Roman"/>
          <w:color w:val="auto"/>
        </w:rPr>
        <w:t>Dünya güneş etrafındaki bir turunu 365 gün 6 saatte tamamlar</w:t>
      </w:r>
    </w:p>
    <w:p w14:paraId="63A5DF9F" w14:textId="3DDCF1F9" w:rsidR="00055CF4" w:rsidRPr="00055CF4" w:rsidRDefault="00055CF4" w:rsidP="000B2D5F">
      <w:pPr>
        <w:rPr>
          <w:rFonts w:eastAsia="Times New Roman" w:cs="Times New Roman"/>
          <w:color w:val="EE0000"/>
        </w:rPr>
      </w:pPr>
      <w:r w:rsidRPr="00055CF4">
        <w:rPr>
          <w:rFonts w:eastAsia="Times New Roman" w:cs="Times New Roman"/>
          <w:color w:val="EE0000"/>
        </w:rPr>
        <w:t>Dünya, Güneş etrafındaki bir turunu 365 gün 6 saatte tamamlar.</w:t>
      </w:r>
    </w:p>
    <w:p w14:paraId="61054DF4" w14:textId="4038F1ED" w:rsidR="000B2D5F" w:rsidRDefault="000B2D5F" w:rsidP="000B2D5F">
      <w:pPr>
        <w:rPr>
          <w:rFonts w:eastAsia="Times New Roman" w:cs="Times New Roman"/>
          <w:color w:val="auto"/>
        </w:rPr>
      </w:pPr>
      <w:r>
        <w:rPr>
          <w:rFonts w:eastAsia="Times New Roman" w:cs="Times New Roman"/>
          <w:color w:val="auto"/>
        </w:rPr>
        <w:t xml:space="preserve">c) </w:t>
      </w:r>
      <w:r w:rsidRPr="005F65A3">
        <w:rPr>
          <w:rFonts w:eastAsia="Times New Roman" w:cs="Times New Roman"/>
          <w:color w:val="auto"/>
        </w:rPr>
        <w:t xml:space="preserve">Tuna nehrinin önemli bir bölümü </w:t>
      </w:r>
      <w:proofErr w:type="spellStart"/>
      <w:r w:rsidRPr="005F65A3">
        <w:rPr>
          <w:rFonts w:eastAsia="Times New Roman" w:cs="Times New Roman"/>
          <w:color w:val="auto"/>
        </w:rPr>
        <w:t>romanya</w:t>
      </w:r>
      <w:proofErr w:type="spellEnd"/>
      <w:r w:rsidRPr="005F65A3">
        <w:rPr>
          <w:rFonts w:eastAsia="Times New Roman" w:cs="Times New Roman"/>
          <w:color w:val="auto"/>
        </w:rPr>
        <w:t xml:space="preserve"> sınırları içinde akar</w:t>
      </w:r>
    </w:p>
    <w:p w14:paraId="24A1CD9F" w14:textId="21205C62" w:rsidR="00055CF4" w:rsidRPr="00055CF4" w:rsidRDefault="00055CF4" w:rsidP="000B2D5F">
      <w:pPr>
        <w:rPr>
          <w:rFonts w:eastAsia="Times New Roman" w:cs="Times New Roman"/>
          <w:color w:val="EE0000"/>
        </w:rPr>
      </w:pPr>
      <w:r w:rsidRPr="00055CF4">
        <w:rPr>
          <w:rFonts w:eastAsia="Times New Roman" w:cs="Times New Roman"/>
          <w:color w:val="EE0000"/>
        </w:rPr>
        <w:t xml:space="preserve">Tuna </w:t>
      </w:r>
      <w:r>
        <w:rPr>
          <w:rFonts w:eastAsia="Times New Roman" w:cs="Times New Roman"/>
          <w:color w:val="EE0000"/>
        </w:rPr>
        <w:t>N</w:t>
      </w:r>
      <w:r w:rsidRPr="00055CF4">
        <w:rPr>
          <w:rFonts w:eastAsia="Times New Roman" w:cs="Times New Roman"/>
          <w:color w:val="EE0000"/>
        </w:rPr>
        <w:t>ehri</w:t>
      </w:r>
      <w:r>
        <w:rPr>
          <w:rFonts w:eastAsia="Times New Roman" w:cs="Times New Roman"/>
          <w:color w:val="EE0000"/>
        </w:rPr>
        <w:t>’</w:t>
      </w:r>
      <w:r w:rsidRPr="00055CF4">
        <w:rPr>
          <w:rFonts w:eastAsia="Times New Roman" w:cs="Times New Roman"/>
          <w:color w:val="EE0000"/>
        </w:rPr>
        <w:t>nin önemli bir bölümü Romanya sınırları içinde akar</w:t>
      </w:r>
      <w:r>
        <w:rPr>
          <w:rFonts w:eastAsia="Times New Roman" w:cs="Times New Roman"/>
          <w:color w:val="EE0000"/>
        </w:rPr>
        <w:t>.</w:t>
      </w:r>
      <w:r w:rsidRPr="00055CF4">
        <w:rPr>
          <w:rFonts w:eastAsia="Times New Roman" w:cs="Times New Roman"/>
          <w:color w:val="EE0000"/>
        </w:rPr>
        <w:t xml:space="preserve"> </w:t>
      </w:r>
    </w:p>
    <w:p w14:paraId="5EC540CE" w14:textId="127CFEB3" w:rsidR="000B2D5F" w:rsidRDefault="000B2D5F" w:rsidP="000B2D5F">
      <w:pPr>
        <w:rPr>
          <w:rFonts w:eastAsia="Times New Roman" w:cs="Times New Roman"/>
        </w:rPr>
      </w:pPr>
      <w:r>
        <w:rPr>
          <w:rFonts w:eastAsia="Times New Roman" w:cs="Times New Roman"/>
        </w:rPr>
        <w:t xml:space="preserve">d) </w:t>
      </w:r>
      <w:proofErr w:type="gramStart"/>
      <w:r>
        <w:rPr>
          <w:rFonts w:eastAsia="Times New Roman" w:cs="Times New Roman"/>
        </w:rPr>
        <w:t>Pazartesi</w:t>
      </w:r>
      <w:proofErr w:type="gramEnd"/>
      <w:r>
        <w:rPr>
          <w:rFonts w:eastAsia="Times New Roman" w:cs="Times New Roman"/>
        </w:rPr>
        <w:t xml:space="preserve"> </w:t>
      </w:r>
      <w:r w:rsidR="00316689">
        <w:rPr>
          <w:rFonts w:eastAsia="Times New Roman" w:cs="Times New Roman"/>
        </w:rPr>
        <w:t>g</w:t>
      </w:r>
      <w:r>
        <w:rPr>
          <w:rFonts w:eastAsia="Times New Roman" w:cs="Times New Roman"/>
        </w:rPr>
        <w:t>ünü Galatasaray Fenerbahçe derbi maçı varmış</w:t>
      </w:r>
    </w:p>
    <w:p w14:paraId="4E283061" w14:textId="0732C5CA" w:rsidR="00AD411B" w:rsidRPr="0057727C" w:rsidRDefault="0057727C" w:rsidP="00664227">
      <w:pPr>
        <w:spacing w:after="120"/>
        <w:rPr>
          <w:color w:val="EE0000"/>
        </w:rPr>
      </w:pPr>
      <w:r w:rsidRPr="0057727C">
        <w:rPr>
          <w:rFonts w:eastAsia="Times New Roman" w:cs="Times New Roman"/>
          <w:color w:val="EE0000"/>
        </w:rPr>
        <w:t xml:space="preserve">Pazartesi </w:t>
      </w:r>
      <w:r>
        <w:rPr>
          <w:rFonts w:eastAsia="Times New Roman" w:cs="Times New Roman"/>
          <w:color w:val="EE0000"/>
        </w:rPr>
        <w:t>g</w:t>
      </w:r>
      <w:r w:rsidRPr="0057727C">
        <w:rPr>
          <w:rFonts w:eastAsia="Times New Roman" w:cs="Times New Roman"/>
          <w:color w:val="EE0000"/>
        </w:rPr>
        <w:t>ünü Galatasaray</w:t>
      </w:r>
      <w:r>
        <w:rPr>
          <w:rFonts w:eastAsia="Times New Roman" w:cs="Times New Roman"/>
          <w:color w:val="EE0000"/>
        </w:rPr>
        <w:t>-</w:t>
      </w:r>
      <w:r w:rsidRPr="0057727C">
        <w:rPr>
          <w:rFonts w:eastAsia="Times New Roman" w:cs="Times New Roman"/>
          <w:color w:val="EE0000"/>
        </w:rPr>
        <w:t>Fenerbahçe derbi maçı varmış.</w:t>
      </w:r>
    </w:p>
    <w:p w14:paraId="0D42C265" w14:textId="4B6DC37F" w:rsidR="00135C64" w:rsidRDefault="00135C64">
      <w:pPr>
        <w:pStyle w:val="KitapkGvde"/>
        <w:keepNext/>
        <w:jc w:val="center"/>
      </w:pPr>
    </w:p>
    <w:p w14:paraId="71977A23" w14:textId="77777777" w:rsidR="00135C64" w:rsidRPr="00260871" w:rsidRDefault="00000000">
      <w:pPr>
        <w:pStyle w:val="KitapkNot"/>
        <w:keepNext/>
        <w:pBdr>
          <w:bottom w:val="single" w:sz="2" w:space="1" w:color="C8C4BB"/>
        </w:pBdr>
        <w:spacing w:after="60"/>
        <w:rPr>
          <w:color w:val="4BACC6" w:themeColor="accent5"/>
        </w:rPr>
      </w:pPr>
      <w:r w:rsidRPr="00260871">
        <w:rPr>
          <w:color w:val="4BACC6" w:themeColor="accent5"/>
          <w:sz w:val="15"/>
        </w:rPr>
        <w:t>T.O.5.7. Görselle iletilen anlamı belirleyebilme</w:t>
      </w:r>
    </w:p>
    <w:p w14:paraId="4B25411F" w14:textId="5A0F261F" w:rsidR="00135C64" w:rsidRPr="008555AE" w:rsidRDefault="00260871" w:rsidP="008555AE">
      <w:pPr>
        <w:rPr>
          <w:b/>
          <w:bCs/>
        </w:rPr>
      </w:pPr>
      <w:r>
        <w:rPr>
          <w:noProof/>
        </w:rPr>
        <w:drawing>
          <wp:anchor distT="0" distB="0" distL="114300" distR="114300" simplePos="0" relativeHeight="251658240" behindDoc="0" locked="0" layoutInCell="1" allowOverlap="1" wp14:anchorId="2D44E64D" wp14:editId="6233D6BF">
            <wp:simplePos x="0" y="0"/>
            <wp:positionH relativeFrom="column">
              <wp:posOffset>107406</wp:posOffset>
            </wp:positionH>
            <wp:positionV relativeFrom="paragraph">
              <wp:posOffset>211001</wp:posOffset>
            </wp:positionV>
            <wp:extent cx="3312160" cy="1828800"/>
            <wp:effectExtent l="0" t="0" r="2540" b="0"/>
            <wp:wrapThrough wrapText="bothSides">
              <wp:wrapPolygon edited="0">
                <wp:start x="0" y="0"/>
                <wp:lineTo x="0" y="21375"/>
                <wp:lineTo x="21492" y="21375"/>
                <wp:lineTo x="21492" y="0"/>
                <wp:lineTo x="0" y="0"/>
              </wp:wrapPolygon>
            </wp:wrapThrough>
            <wp:docPr id="177781692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16927" name=""/>
                    <pic:cNvPicPr/>
                  </pic:nvPicPr>
                  <pic:blipFill>
                    <a:blip r:embed="rId8"/>
                    <a:stretch>
                      <a:fillRect/>
                    </a:stretch>
                  </pic:blipFill>
                  <pic:spPr>
                    <a:xfrm>
                      <a:off x="0" y="0"/>
                      <a:ext cx="3312160" cy="1828800"/>
                    </a:xfrm>
                    <a:prstGeom prst="rect">
                      <a:avLst/>
                    </a:prstGeom>
                  </pic:spPr>
                </pic:pic>
              </a:graphicData>
            </a:graphic>
          </wp:anchor>
        </w:drawing>
      </w:r>
      <w:r>
        <w:rPr>
          <w:b/>
        </w:rPr>
        <w:t>4.</w:t>
      </w:r>
      <w:r w:rsidRPr="00260871">
        <w:rPr>
          <w:noProof/>
        </w:rPr>
        <w:t xml:space="preserve"> </w:t>
      </w:r>
      <w:r w:rsidR="00E33DF9" w:rsidRPr="00DA1DE3">
        <w:rPr>
          <w:b/>
          <w:bCs/>
        </w:rPr>
        <w:t>Aşağıdaki görsell</w:t>
      </w:r>
      <w:r w:rsidR="00E33DF9">
        <w:rPr>
          <w:b/>
          <w:bCs/>
        </w:rPr>
        <w:t>e</w:t>
      </w:r>
      <w:r w:rsidR="00E33DF9" w:rsidRPr="00DA1DE3">
        <w:rPr>
          <w:b/>
          <w:bCs/>
        </w:rPr>
        <w:t xml:space="preserve"> iletilmek istenen mesaj</w:t>
      </w:r>
      <w:r w:rsidR="00E33DF9">
        <w:rPr>
          <w:b/>
          <w:bCs/>
        </w:rPr>
        <w:t>ı</w:t>
      </w:r>
      <w:r w:rsidR="00E33DF9" w:rsidRPr="00DA1DE3">
        <w:rPr>
          <w:b/>
          <w:bCs/>
        </w:rPr>
        <w:t xml:space="preserve"> bir cümle ile yazınız.</w:t>
      </w:r>
      <w:r w:rsidR="00113161">
        <w:rPr>
          <w:b/>
          <w:bCs/>
        </w:rPr>
        <w:t xml:space="preserve"> (</w:t>
      </w:r>
      <w:r w:rsidR="004D7C3F">
        <w:rPr>
          <w:b/>
          <w:bCs/>
        </w:rPr>
        <w:t>15 Puan)</w:t>
      </w:r>
    </w:p>
    <w:p w14:paraId="76A4F245" w14:textId="77777777" w:rsidR="008555AE" w:rsidRPr="00E51D67" w:rsidRDefault="008555AE" w:rsidP="008555AE">
      <w:pPr>
        <w:rPr>
          <w:color w:val="EE0000"/>
        </w:rPr>
      </w:pPr>
      <w:r w:rsidRPr="00E51D67">
        <w:rPr>
          <w:color w:val="EE0000"/>
        </w:rPr>
        <w:t>Farklılıklarımız bizi ayırmaz, aksine bir araya gelerek daha güçlü olmamızı sağlar.</w:t>
      </w:r>
    </w:p>
    <w:p w14:paraId="0BAACA4A" w14:textId="2EF3CD13" w:rsidR="00135C64" w:rsidRPr="008555AE" w:rsidRDefault="008555AE" w:rsidP="008555AE">
      <w:pPr>
        <w:rPr>
          <w:color w:val="EE0000"/>
        </w:rPr>
      </w:pPr>
      <w:r w:rsidRPr="006168F0">
        <w:rPr>
          <w:color w:val="EE0000"/>
        </w:rPr>
        <w:t>Farklı olsak da el ele verip birlikte hareket edersek çok daha güçlü oluruz.</w:t>
      </w:r>
      <w:r>
        <w:rPr>
          <w:color w:val="EE0000"/>
        </w:rPr>
        <w:t xml:space="preserve"> (Farklı cevap)</w:t>
      </w:r>
    </w:p>
    <w:p w14:paraId="321F3A72" w14:textId="77777777" w:rsidR="00135C64" w:rsidRDefault="00135C64">
      <w:pPr>
        <w:pStyle w:val="KitapkNot"/>
        <w:keepNext/>
        <w:spacing w:after="120" w:line="20" w:lineRule="exact"/>
        <w:rPr>
          <w:sz w:val="2"/>
          <w:szCs w:val="2"/>
        </w:rPr>
      </w:pPr>
    </w:p>
    <w:p w14:paraId="7AAB76F6" w14:textId="77777777" w:rsidR="00260871" w:rsidRDefault="00260871">
      <w:pPr>
        <w:pStyle w:val="KitapkNot"/>
        <w:keepNext/>
        <w:pBdr>
          <w:bottom w:val="single" w:sz="2" w:space="1" w:color="C8C4BB"/>
        </w:pBdr>
        <w:spacing w:after="60"/>
        <w:rPr>
          <w:sz w:val="15"/>
        </w:rPr>
      </w:pPr>
    </w:p>
    <w:p w14:paraId="54ABD7B3" w14:textId="77777777" w:rsidR="00260871" w:rsidRDefault="00260871">
      <w:pPr>
        <w:pStyle w:val="KitapkNot"/>
        <w:keepNext/>
        <w:pBdr>
          <w:bottom w:val="single" w:sz="2" w:space="1" w:color="C8C4BB"/>
        </w:pBdr>
        <w:spacing w:after="60"/>
        <w:rPr>
          <w:sz w:val="15"/>
        </w:rPr>
      </w:pPr>
    </w:p>
    <w:p w14:paraId="1C92CF29" w14:textId="77777777" w:rsidR="00260871" w:rsidRDefault="00260871">
      <w:pPr>
        <w:pStyle w:val="KitapkNot"/>
        <w:keepNext/>
        <w:pBdr>
          <w:bottom w:val="single" w:sz="2" w:space="1" w:color="C8C4BB"/>
        </w:pBdr>
        <w:spacing w:after="60"/>
        <w:rPr>
          <w:sz w:val="15"/>
        </w:rPr>
      </w:pPr>
    </w:p>
    <w:p w14:paraId="7B866658" w14:textId="77777777" w:rsidR="0027290D" w:rsidRDefault="0027290D">
      <w:pPr>
        <w:pStyle w:val="KitapkNot"/>
        <w:keepNext/>
        <w:pBdr>
          <w:bottom w:val="single" w:sz="2" w:space="1" w:color="C8C4BB"/>
        </w:pBdr>
        <w:spacing w:after="60"/>
        <w:rPr>
          <w:sz w:val="15"/>
        </w:rPr>
      </w:pPr>
    </w:p>
    <w:p w14:paraId="26994F03" w14:textId="77777777" w:rsidR="0027290D" w:rsidRDefault="0027290D">
      <w:pPr>
        <w:pStyle w:val="KitapkNot"/>
        <w:keepNext/>
        <w:pBdr>
          <w:bottom w:val="single" w:sz="2" w:space="1" w:color="C8C4BB"/>
        </w:pBdr>
        <w:spacing w:after="60"/>
        <w:rPr>
          <w:sz w:val="15"/>
        </w:rPr>
      </w:pPr>
    </w:p>
    <w:p w14:paraId="7311FEC7" w14:textId="05834A23" w:rsidR="00135C64" w:rsidRPr="003B1F81" w:rsidRDefault="00000000">
      <w:pPr>
        <w:pStyle w:val="KitapkNot"/>
        <w:keepNext/>
        <w:pBdr>
          <w:bottom w:val="single" w:sz="2" w:space="1" w:color="C8C4BB"/>
        </w:pBdr>
        <w:spacing w:after="60"/>
        <w:rPr>
          <w:color w:val="4BACC6" w:themeColor="accent5"/>
          <w:sz w:val="15"/>
        </w:rPr>
      </w:pPr>
      <w:r w:rsidRPr="003B1F81">
        <w:rPr>
          <w:color w:val="4BACC6" w:themeColor="accent5"/>
          <w:sz w:val="15"/>
        </w:rPr>
        <w:t>T</w:t>
      </w:r>
      <w:r w:rsidR="003B1F81" w:rsidRPr="003B1F81">
        <w:rPr>
          <w:rFonts w:cstheme="minorBidi"/>
          <w:color w:val="4BACC6" w:themeColor="accent5"/>
        </w:rPr>
        <w:t xml:space="preserve"> </w:t>
      </w:r>
      <w:r w:rsidR="003B1F81" w:rsidRPr="003B1F81">
        <w:rPr>
          <w:color w:val="4BACC6" w:themeColor="accent5"/>
          <w:sz w:val="15"/>
        </w:rPr>
        <w:t xml:space="preserve">T.O.5.20. Metinden hareketle söz varlığını geliştirmeye yönelik çözümleme yapabilme </w:t>
      </w:r>
    </w:p>
    <w:p w14:paraId="0C06819B" w14:textId="77777777" w:rsidR="00922F5A" w:rsidRPr="00922F5A" w:rsidRDefault="00000000" w:rsidP="00922F5A">
      <w:pPr>
        <w:rPr>
          <w:rFonts w:eastAsia="Times New Roman" w:cs="Times New Roman"/>
          <w:color w:val="auto"/>
        </w:rPr>
      </w:pPr>
      <w:r>
        <w:rPr>
          <w:b/>
        </w:rPr>
        <w:t xml:space="preserve">5.  </w:t>
      </w:r>
      <w:r w:rsidR="00922F5A" w:rsidRPr="00922F5A">
        <w:rPr>
          <w:rFonts w:eastAsia="Times New Roman" w:cs="Times New Roman"/>
          <w:color w:val="auto"/>
        </w:rPr>
        <w:t>Rüzgâr, havanın bir yerden başka bir yere hareket etmesiyle oluşan hava olayıdır. Bu hareket farklı şekillerde meydana gelebilse de en önemli nedeni, Güneş’in Dünya’nın her yerini eşit miktarda ısıtmamasıdır. Çevresinden daha fazla ısınan bir bölgedeki hava taneciklerinin enerjisi artar ve buradaki hava yükselir. Yakın bölgelerdeki serin hava da yükselen havanın bıraktığı boşluğu doldurmak için oraya doğru hareket eder. İşte rüzgâr bu sıcak ve soğuk havanın yer değiştirmesi sonucu oluşur.</w:t>
      </w:r>
    </w:p>
    <w:p w14:paraId="7DAE4F2E" w14:textId="48B5D0D3" w:rsidR="00135C64" w:rsidRDefault="00922F5A" w:rsidP="009E0103">
      <w:pPr>
        <w:spacing w:after="0"/>
        <w:rPr>
          <w:rFonts w:eastAsia="Times New Roman" w:cs="Times New Roman"/>
          <w:b/>
          <w:bCs/>
          <w:color w:val="auto"/>
        </w:rPr>
      </w:pPr>
      <w:r w:rsidRPr="00922F5A">
        <w:rPr>
          <w:rFonts w:eastAsia="Times New Roman" w:cs="Times New Roman"/>
          <w:b/>
          <w:bCs/>
          <w:color w:val="auto"/>
        </w:rPr>
        <w:t>Bu metnin anahtar kelimelerini belirleyerek üç tanesini yazınız.</w:t>
      </w:r>
      <w:r w:rsidR="004D7C3F">
        <w:rPr>
          <w:rFonts w:eastAsia="Times New Roman" w:cs="Times New Roman"/>
          <w:b/>
          <w:bCs/>
          <w:color w:val="auto"/>
        </w:rPr>
        <w:t xml:space="preserve"> (15 Puan)</w:t>
      </w:r>
    </w:p>
    <w:p w14:paraId="063B417F" w14:textId="77777777" w:rsidR="009E0103" w:rsidRPr="00BA5457" w:rsidRDefault="009E0103" w:rsidP="009E0103">
      <w:pPr>
        <w:rPr>
          <w:color w:val="EE0000"/>
        </w:rPr>
      </w:pPr>
      <w:r w:rsidRPr="00BA5457">
        <w:rPr>
          <w:color w:val="EE0000"/>
        </w:rPr>
        <w:t>Rüzgâr, Hava, Isı</w:t>
      </w:r>
    </w:p>
    <w:p w14:paraId="172F2215" w14:textId="77777777" w:rsidR="009E0103" w:rsidRPr="009E0103" w:rsidRDefault="009E0103" w:rsidP="009E0103">
      <w:pPr>
        <w:spacing w:after="0"/>
        <w:rPr>
          <w:rFonts w:eastAsia="Times New Roman" w:cs="Times New Roman"/>
          <w:b/>
          <w:bCs/>
          <w:color w:val="auto"/>
        </w:rPr>
      </w:pPr>
    </w:p>
    <w:p w14:paraId="23208722" w14:textId="77777777" w:rsidR="00135C64" w:rsidRDefault="00135C64">
      <w:pPr>
        <w:pStyle w:val="KitapkNot"/>
        <w:keepNext/>
        <w:spacing w:after="120" w:line="20" w:lineRule="exact"/>
        <w:rPr>
          <w:sz w:val="2"/>
          <w:szCs w:val="2"/>
        </w:rPr>
      </w:pPr>
    </w:p>
    <w:p w14:paraId="31ECDABA" w14:textId="583B3ABF" w:rsidR="00135C64" w:rsidRPr="00687683" w:rsidRDefault="008E63B2">
      <w:pPr>
        <w:pStyle w:val="KitapkNot"/>
        <w:keepNext/>
        <w:pBdr>
          <w:bottom w:val="single" w:sz="2" w:space="1" w:color="C8C4BB"/>
        </w:pBdr>
        <w:spacing w:after="60"/>
        <w:rPr>
          <w:sz w:val="15"/>
        </w:rPr>
      </w:pPr>
      <w:r w:rsidRPr="00687683">
        <w:rPr>
          <w:color w:val="4BACC6" w:themeColor="accent5"/>
          <w:sz w:val="15"/>
        </w:rPr>
        <w:t>T.Y.5.13. Yazısını zenginleştirecek biçimde söz varlığını kullanabilme</w:t>
      </w:r>
      <w:r w:rsidRPr="008E63B2">
        <w:rPr>
          <w:sz w:val="15"/>
        </w:rPr>
        <w:t xml:space="preserve"> </w:t>
      </w:r>
    </w:p>
    <w:p w14:paraId="6787BBAB" w14:textId="77777777" w:rsidR="00ED57E8" w:rsidRPr="00ED57E8" w:rsidRDefault="00000000" w:rsidP="0017586A">
      <w:pPr>
        <w:spacing w:after="0"/>
        <w:rPr>
          <w:rFonts w:eastAsia="Times New Roman" w:cs="Times New Roman"/>
          <w:b/>
          <w:bCs/>
          <w:color w:val="auto"/>
        </w:rPr>
      </w:pPr>
      <w:r>
        <w:rPr>
          <w:b/>
        </w:rPr>
        <w:t xml:space="preserve">6.  </w:t>
      </w:r>
      <w:r w:rsidR="00ED57E8" w:rsidRPr="00ED57E8">
        <w:rPr>
          <w:rFonts w:eastAsia="Times New Roman" w:cs="Times New Roman"/>
          <w:b/>
          <w:bCs/>
          <w:color w:val="auto"/>
        </w:rPr>
        <w:t>Aşağıdaki cümlelerde anlatılan düşünceleri, verilen yönergelere uygun biçimde yeniden yazınız. (15 Puan)</w:t>
      </w:r>
    </w:p>
    <w:p w14:paraId="1166E3EB" w14:textId="77777777" w:rsidR="005F6BCF" w:rsidRDefault="005F6BCF" w:rsidP="0017586A">
      <w:pPr>
        <w:spacing w:after="0"/>
        <w:rPr>
          <w:rFonts w:eastAsia="Times New Roman" w:cs="Times New Roman"/>
          <w:b/>
          <w:bCs/>
          <w:color w:val="auto"/>
        </w:rPr>
      </w:pPr>
    </w:p>
    <w:p w14:paraId="5D377147" w14:textId="3DAF83FA" w:rsidR="00ED57E8" w:rsidRPr="00ED57E8" w:rsidRDefault="00ED57E8" w:rsidP="0017586A">
      <w:pPr>
        <w:spacing w:after="0"/>
        <w:rPr>
          <w:rFonts w:eastAsia="Times New Roman" w:cs="Times New Roman"/>
          <w:b/>
          <w:bCs/>
          <w:color w:val="auto"/>
        </w:rPr>
      </w:pPr>
      <w:r w:rsidRPr="00ED57E8">
        <w:rPr>
          <w:rFonts w:eastAsia="Times New Roman" w:cs="Times New Roman"/>
          <w:b/>
          <w:bCs/>
          <w:color w:val="auto"/>
        </w:rPr>
        <w:t>a)</w:t>
      </w:r>
      <w:r w:rsidRPr="00ED57E8">
        <w:rPr>
          <w:rFonts w:eastAsia="Times New Roman" w:cs="Times New Roman"/>
          <w:color w:val="auto"/>
        </w:rPr>
        <w:t xml:space="preserve"> Ece, sınav sonucunu öğrenince çok mutlu oldu.</w:t>
      </w:r>
      <w:r w:rsidRPr="00ED57E8">
        <w:rPr>
          <w:rFonts w:eastAsia="Times New Roman" w:cs="Times New Roman"/>
          <w:color w:val="auto"/>
        </w:rPr>
        <w:br/>
      </w:r>
      <w:r w:rsidRPr="00ED57E8">
        <w:rPr>
          <w:rFonts w:eastAsia="Times New Roman" w:cs="Times New Roman"/>
          <w:b/>
          <w:bCs/>
          <w:color w:val="auto"/>
        </w:rPr>
        <w:t xml:space="preserve">Bu cümleyi </w:t>
      </w:r>
      <w:r w:rsidRPr="00ED57E8">
        <w:rPr>
          <w:rFonts w:eastAsia="Times New Roman" w:cs="Times New Roman"/>
          <w:color w:val="auto"/>
        </w:rPr>
        <w:t>“mutlu”</w:t>
      </w:r>
      <w:r w:rsidRPr="00ED57E8">
        <w:rPr>
          <w:rFonts w:eastAsia="Times New Roman" w:cs="Times New Roman"/>
          <w:b/>
          <w:bCs/>
          <w:color w:val="auto"/>
        </w:rPr>
        <w:t xml:space="preserve"> sözcüğü yerine eş veya yakın anlamlı bir sözcük kullanarak yeniden yazınız.</w:t>
      </w:r>
    </w:p>
    <w:p w14:paraId="6AB0C18C" w14:textId="77777777" w:rsidR="00AE690A" w:rsidRPr="00D92549" w:rsidRDefault="00AE690A" w:rsidP="00AE690A">
      <w:pPr>
        <w:rPr>
          <w:color w:val="EE0000"/>
        </w:rPr>
      </w:pPr>
      <w:r w:rsidRPr="00D92549">
        <w:rPr>
          <w:color w:val="EE0000"/>
        </w:rPr>
        <w:t xml:space="preserve">Ece, sınav sonucunu öğrenince çok sevindi. </w:t>
      </w:r>
    </w:p>
    <w:p w14:paraId="61D2F640" w14:textId="77777777" w:rsidR="0022130D" w:rsidRDefault="0022130D" w:rsidP="0022130D">
      <w:pPr>
        <w:rPr>
          <w:b/>
          <w:bCs/>
        </w:rPr>
      </w:pPr>
      <w:r w:rsidRPr="00DA600F">
        <w:rPr>
          <w:b/>
          <w:bCs/>
        </w:rPr>
        <w:t>b)</w:t>
      </w:r>
      <w:r w:rsidRPr="00DA600F">
        <w:t xml:space="preserve"> Çocuk, arkadaşının başarısını kıskanmadı; onunla gurur duydu.</w:t>
      </w:r>
      <w:r w:rsidRPr="00DA600F">
        <w:br/>
      </w:r>
      <w:r w:rsidRPr="00D650BA">
        <w:rPr>
          <w:b/>
          <w:bCs/>
        </w:rPr>
        <w:t xml:space="preserve">Bu cümledeki </w:t>
      </w:r>
      <w:r w:rsidRPr="00D650BA">
        <w:t xml:space="preserve">“gurur duydu” </w:t>
      </w:r>
      <w:r w:rsidRPr="00D650BA">
        <w:rPr>
          <w:b/>
          <w:bCs/>
        </w:rPr>
        <w:t xml:space="preserve">söz grubunu farklı bir söz varlığı unsuruyla ifade ediniz. </w:t>
      </w:r>
    </w:p>
    <w:p w14:paraId="685B9E50" w14:textId="77777777" w:rsidR="00AE690A" w:rsidRPr="005C4A5A" w:rsidRDefault="00AE690A" w:rsidP="00AE690A">
      <w:pPr>
        <w:rPr>
          <w:b/>
          <w:bCs/>
          <w:color w:val="EE0000"/>
        </w:rPr>
      </w:pPr>
      <w:r w:rsidRPr="005C4A5A">
        <w:rPr>
          <w:color w:val="EE0000"/>
        </w:rPr>
        <w:t>Çocuk, arkadaşının başarısını kıskanmadı; onunla iftihar etti. (Övünmek, göğsü kabarmak…)</w:t>
      </w:r>
    </w:p>
    <w:p w14:paraId="698BC013" w14:textId="77777777" w:rsidR="0022130D" w:rsidRPr="00D650BA" w:rsidRDefault="0022130D" w:rsidP="0022130D">
      <w:pPr>
        <w:rPr>
          <w:b/>
          <w:bCs/>
        </w:rPr>
      </w:pPr>
      <w:r w:rsidRPr="00DA600F">
        <w:rPr>
          <w:b/>
          <w:bCs/>
        </w:rPr>
        <w:t>c)</w:t>
      </w:r>
      <w:r w:rsidRPr="00DA600F">
        <w:t xml:space="preserve"> </w:t>
      </w:r>
      <w:r w:rsidRPr="00207FFA">
        <w:t>Ali yarışmayı kazanamadığını duyunca çok üzüldü</w:t>
      </w:r>
      <w:r>
        <w:t>.</w:t>
      </w:r>
      <w:r w:rsidRPr="00DA600F">
        <w:br/>
      </w:r>
      <w:r w:rsidRPr="00D650BA">
        <w:rPr>
          <w:b/>
          <w:bCs/>
        </w:rPr>
        <w:t xml:space="preserve">Bu cümledeki </w:t>
      </w:r>
      <w:r>
        <w:rPr>
          <w:b/>
          <w:bCs/>
        </w:rPr>
        <w:t>üzüntü</w:t>
      </w:r>
      <w:r w:rsidRPr="00D650BA">
        <w:rPr>
          <w:b/>
          <w:bCs/>
        </w:rPr>
        <w:t xml:space="preserve"> durumunu anlatan bir deyim kullanarak cümleyi yeniden yazınız. </w:t>
      </w:r>
    </w:p>
    <w:p w14:paraId="07FAADA9" w14:textId="77777777" w:rsidR="00AE690A" w:rsidRDefault="00AE690A" w:rsidP="00AE690A">
      <w:r w:rsidRPr="00207FFA">
        <w:rPr>
          <w:color w:val="EE0000"/>
        </w:rPr>
        <w:t xml:space="preserve">Ali yarışmayı kazanamadığını duyunca </w:t>
      </w:r>
      <w:r>
        <w:rPr>
          <w:color w:val="EE0000"/>
        </w:rPr>
        <w:t>içi burkuldu. (Hüsrana uğramak, içine dert olmak, içine oturmak…)</w:t>
      </w:r>
    </w:p>
    <w:p w14:paraId="36996231" w14:textId="77777777" w:rsidR="009329B6" w:rsidRDefault="009329B6" w:rsidP="009329B6">
      <w:pPr>
        <w:pStyle w:val="KitapkGvde"/>
      </w:pPr>
    </w:p>
    <w:p w14:paraId="26CECF30" w14:textId="77777777" w:rsidR="009329B6" w:rsidRDefault="009329B6" w:rsidP="009329B6">
      <w:pPr>
        <w:pStyle w:val="KitapkGvde"/>
      </w:pPr>
    </w:p>
    <w:p w14:paraId="0135527D" w14:textId="77777777" w:rsidR="009329B6" w:rsidRDefault="009329B6" w:rsidP="009329B6">
      <w:pPr>
        <w:pStyle w:val="KitapkGvde"/>
      </w:pPr>
    </w:p>
    <w:p w14:paraId="5CBF8F63" w14:textId="66EF30F0" w:rsidR="009329B6" w:rsidRPr="009329B6" w:rsidRDefault="009329B6" w:rsidP="009329B6">
      <w:pPr>
        <w:pStyle w:val="KitapkGvde"/>
        <w:jc w:val="right"/>
      </w:pPr>
      <w:r w:rsidRPr="009329B6">
        <w:t>Büşra TAHİROĞLU</w:t>
      </w:r>
    </w:p>
    <w:p w14:paraId="3BECAF9E" w14:textId="77777777" w:rsidR="009329B6" w:rsidRPr="009329B6" w:rsidRDefault="009329B6" w:rsidP="009329B6">
      <w:pPr>
        <w:pStyle w:val="KitapkGvde"/>
        <w:jc w:val="right"/>
      </w:pPr>
      <w:r w:rsidRPr="009329B6">
        <w:t xml:space="preserve">Türkçe öğretmeni </w:t>
      </w:r>
    </w:p>
    <w:p w14:paraId="10401E69" w14:textId="42740BDD" w:rsidR="00135C64" w:rsidRDefault="00135C64" w:rsidP="0017586A">
      <w:pPr>
        <w:pStyle w:val="KitapkGvde"/>
        <w:spacing w:after="0"/>
      </w:pPr>
    </w:p>
    <w:sectPr w:rsidR="00135C64" w:rsidSect="00034616">
      <w:headerReference w:type="default" r:id="rId9"/>
      <w:pgSz w:w="11906" w:h="16838"/>
      <w:pgMar w:top="907" w:right="850" w:bottom="680" w:left="850" w:header="397" w:footer="397" w:gutter="0"/>
      <w:cols w:space="45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06FA6" w14:textId="77777777" w:rsidR="0038017A" w:rsidRDefault="0038017A">
      <w:pPr>
        <w:spacing w:after="0" w:line="240" w:lineRule="auto"/>
      </w:pPr>
      <w:r>
        <w:separator/>
      </w:r>
    </w:p>
  </w:endnote>
  <w:endnote w:type="continuationSeparator" w:id="0">
    <w:p w14:paraId="74AE1B2C" w14:textId="77777777" w:rsidR="0038017A" w:rsidRDefault="00380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66FD7" w14:textId="77777777" w:rsidR="0038017A" w:rsidRDefault="0038017A">
      <w:pPr>
        <w:spacing w:after="0" w:line="240" w:lineRule="auto"/>
      </w:pPr>
      <w:r>
        <w:separator/>
      </w:r>
    </w:p>
  </w:footnote>
  <w:footnote w:type="continuationSeparator" w:id="0">
    <w:p w14:paraId="2086498B" w14:textId="77777777" w:rsidR="0038017A" w:rsidRDefault="00380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41AC3" w14:textId="77777777" w:rsidR="00135C64" w:rsidRDefault="00000000">
    <w:pPr>
      <w:pStyle w:val="KitapkNot"/>
      <w:spacing w:after="0"/>
    </w:pPr>
    <w:r>
      <w:rPr>
        <w:b/>
        <w:color w:val="1A1A1A"/>
      </w:rPr>
      <w:t>TÜRKÇE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99118798">
    <w:abstractNumId w:val="8"/>
  </w:num>
  <w:num w:numId="2" w16cid:durableId="1243099495">
    <w:abstractNumId w:val="6"/>
  </w:num>
  <w:num w:numId="3" w16cid:durableId="1090194516">
    <w:abstractNumId w:val="5"/>
  </w:num>
  <w:num w:numId="4" w16cid:durableId="2085561645">
    <w:abstractNumId w:val="4"/>
  </w:num>
  <w:num w:numId="5" w16cid:durableId="1570189882">
    <w:abstractNumId w:val="7"/>
  </w:num>
  <w:num w:numId="6" w16cid:durableId="1838571501">
    <w:abstractNumId w:val="3"/>
  </w:num>
  <w:num w:numId="7" w16cid:durableId="1711570582">
    <w:abstractNumId w:val="2"/>
  </w:num>
  <w:num w:numId="8" w16cid:durableId="1689331166">
    <w:abstractNumId w:val="1"/>
  </w:num>
  <w:num w:numId="9" w16cid:durableId="246965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43A9C"/>
    <w:rsid w:val="00055CF4"/>
    <w:rsid w:val="0006063C"/>
    <w:rsid w:val="000B2D5F"/>
    <w:rsid w:val="00113161"/>
    <w:rsid w:val="00135C64"/>
    <w:rsid w:val="0015074B"/>
    <w:rsid w:val="0017586A"/>
    <w:rsid w:val="001A540A"/>
    <w:rsid w:val="0022130D"/>
    <w:rsid w:val="00260871"/>
    <w:rsid w:val="0027290D"/>
    <w:rsid w:val="00272ED0"/>
    <w:rsid w:val="0029639D"/>
    <w:rsid w:val="00316689"/>
    <w:rsid w:val="00326F90"/>
    <w:rsid w:val="003320B7"/>
    <w:rsid w:val="0038017A"/>
    <w:rsid w:val="00384E56"/>
    <w:rsid w:val="003B1F81"/>
    <w:rsid w:val="004172DF"/>
    <w:rsid w:val="004A0A00"/>
    <w:rsid w:val="004D7C3F"/>
    <w:rsid w:val="004F3225"/>
    <w:rsid w:val="0057727C"/>
    <w:rsid w:val="005A4A65"/>
    <w:rsid w:val="005F6BCF"/>
    <w:rsid w:val="00664227"/>
    <w:rsid w:val="00665115"/>
    <w:rsid w:val="00687683"/>
    <w:rsid w:val="00687E73"/>
    <w:rsid w:val="0079630D"/>
    <w:rsid w:val="007C0245"/>
    <w:rsid w:val="008555AE"/>
    <w:rsid w:val="00887562"/>
    <w:rsid w:val="008A473A"/>
    <w:rsid w:val="008C5059"/>
    <w:rsid w:val="008E63B2"/>
    <w:rsid w:val="00922F5A"/>
    <w:rsid w:val="009329B6"/>
    <w:rsid w:val="009B251E"/>
    <w:rsid w:val="009E0103"/>
    <w:rsid w:val="009E3479"/>
    <w:rsid w:val="00A06F5A"/>
    <w:rsid w:val="00A64C1F"/>
    <w:rsid w:val="00AA1D8D"/>
    <w:rsid w:val="00AD411B"/>
    <w:rsid w:val="00AE690A"/>
    <w:rsid w:val="00B47730"/>
    <w:rsid w:val="00C30C58"/>
    <w:rsid w:val="00CB0664"/>
    <w:rsid w:val="00CE18D1"/>
    <w:rsid w:val="00DB2B66"/>
    <w:rsid w:val="00E33DF9"/>
    <w:rsid w:val="00E37733"/>
    <w:rsid w:val="00EC4501"/>
    <w:rsid w:val="00ED57E8"/>
    <w:rsid w:val="00EE2120"/>
    <w:rsid w:val="00EE7DC0"/>
    <w:rsid w:val="00FC693F"/>
    <w:rsid w:val="00FF2C7A"/>
    <w:rsid w:val="00FF35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2745B5"/>
  <w14:defaultImageDpi w14:val="300"/>
  <w15:docId w15:val="{A5022A13-0414-44C3-9521-CF251F952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color w:val="1A1A1A"/>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apkBalk">
    <w:name w:val="Kitapçık Başlık"/>
    <w:basedOn w:val="Normal"/>
    <w:qFormat/>
    <w:pPr>
      <w:spacing w:after="120"/>
      <w:jc w:val="center"/>
    </w:pPr>
    <w:rPr>
      <w:b/>
      <w:sz w:val="28"/>
    </w:rPr>
  </w:style>
  <w:style w:type="paragraph" w:customStyle="1" w:styleId="KitapkTr">
    <w:name w:val="Kitapçık Tür"/>
    <w:basedOn w:val="Normal"/>
    <w:qFormat/>
    <w:pPr>
      <w:spacing w:after="220"/>
      <w:jc w:val="center"/>
    </w:pPr>
    <w:rPr>
      <w:color w:val="5C5C5C"/>
      <w:sz w:val="17"/>
    </w:rPr>
  </w:style>
  <w:style w:type="paragraph" w:customStyle="1" w:styleId="KitapkBilgi">
    <w:name w:val="Kitapçık Bilgi"/>
    <w:basedOn w:val="Normal"/>
    <w:qFormat/>
    <w:pPr>
      <w:spacing w:after="60"/>
      <w:jc w:val="center"/>
    </w:pPr>
    <w:rPr>
      <w:color w:val="5C5C5C"/>
      <w:sz w:val="17"/>
    </w:rPr>
  </w:style>
  <w:style w:type="paragraph" w:customStyle="1" w:styleId="KitapkAraBalk">
    <w:name w:val="Kitapçık Ara Başlık"/>
    <w:basedOn w:val="Normal"/>
    <w:qFormat/>
    <w:pPr>
      <w:keepNext/>
      <w:keepLines/>
      <w:spacing w:before="220" w:after="120" w:line="273" w:lineRule="atLeast"/>
    </w:pPr>
    <w:rPr>
      <w:b/>
      <w:sz w:val="21"/>
    </w:rPr>
  </w:style>
  <w:style w:type="paragraph" w:customStyle="1" w:styleId="KitapkGvde">
    <w:name w:val="Kitapçık Gövde"/>
    <w:basedOn w:val="Normal"/>
    <w:qFormat/>
    <w:pPr>
      <w:keepLines/>
      <w:spacing w:after="120" w:line="273" w:lineRule="atLeast"/>
    </w:pPr>
    <w:rPr>
      <w:sz w:val="21"/>
    </w:rPr>
  </w:style>
  <w:style w:type="paragraph" w:customStyle="1" w:styleId="KitapkMetin">
    <w:name w:val="Kitapçık Metin"/>
    <w:basedOn w:val="Normal"/>
    <w:qFormat/>
    <w:pPr>
      <w:spacing w:before="40" w:after="80" w:line="260" w:lineRule="atLeast"/>
      <w:ind w:left="170"/>
    </w:pPr>
    <w:rPr>
      <w:sz w:val="20"/>
    </w:rPr>
  </w:style>
  <w:style w:type="paragraph" w:customStyle="1" w:styleId="Kitapkk">
    <w:name w:val="Kitapçık Şık"/>
    <w:basedOn w:val="Normal"/>
    <w:qFormat/>
    <w:pPr>
      <w:keepLines/>
      <w:spacing w:after="60" w:line="273" w:lineRule="atLeast"/>
    </w:pPr>
    <w:rPr>
      <w:sz w:val="21"/>
    </w:rPr>
  </w:style>
  <w:style w:type="paragraph" w:customStyle="1" w:styleId="KitapkNot">
    <w:name w:val="Kitapçık Not"/>
    <w:basedOn w:val="Normal"/>
    <w:qFormat/>
    <w:pPr>
      <w:keepLines/>
      <w:spacing w:after="40" w:line="234" w:lineRule="atLeast"/>
    </w:pPr>
    <w:rPr>
      <w:color w:val="5C5C5C"/>
      <w:sz w:val="18"/>
    </w:rPr>
  </w:style>
  <w:style w:type="paragraph" w:customStyle="1" w:styleId="KitapkAltBilgi">
    <w:name w:val="Kitapçık Alt Bilgi"/>
    <w:basedOn w:val="Normal"/>
    <w:qFormat/>
    <w:pPr>
      <w:spacing w:after="0"/>
    </w:pPr>
    <w:rPr>
      <w:color w:val="5C5C5C"/>
      <w:sz w:val="16"/>
    </w:rPr>
  </w:style>
  <w:style w:type="paragraph" w:customStyle="1" w:styleId="KitapkUyar">
    <w:name w:val="Kitapçık Uyarı"/>
    <w:basedOn w:val="Normal"/>
    <w:qFormat/>
    <w:pPr>
      <w:spacing w:after="0"/>
      <w:jc w:val="center"/>
    </w:pPr>
    <w:rPr>
      <w:b/>
      <w:color w:val="BF3333"/>
    </w:rPr>
  </w:style>
  <w:style w:type="paragraph" w:customStyle="1" w:styleId="KitapkAlan">
    <w:name w:val="Kitapçık Alan"/>
    <w:basedOn w:val="Normal"/>
    <w:qFormat/>
    <w:pPr>
      <w:spacing w:after="0"/>
    </w:pPr>
    <w:rPr>
      <w:sz w:val="18"/>
    </w:rPr>
  </w:style>
  <w:style w:type="paragraph" w:customStyle="1" w:styleId="KitapkAnahtar">
    <w:name w:val="Kitapçık Anahtar"/>
    <w:basedOn w:val="Normal"/>
    <w:qFormat/>
    <w:pPr>
      <w:spacing w:after="0"/>
      <w:jc w:val="center"/>
    </w:pPr>
    <w:rPr>
      <w:sz w:val="17"/>
    </w:rPr>
  </w:style>
  <w:style w:type="paragraph" w:customStyle="1" w:styleId="KitapkSnav">
    <w:name w:val="Kitapçık Sınav"/>
    <w:basedOn w:val="Normal"/>
    <w:qFormat/>
    <w:pPr>
      <w:spacing w:after="60"/>
      <w:jc w:val="center"/>
    </w:pPr>
    <w:rPr>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614</Words>
  <Characters>3504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Türkçe · 1. dönem 1. yazılı · Senaryo 2 · Yazılı A</dc:title>
  <dc:subject>Basım kümesi d16c365ddc9ef2bf · Çıktı #3 · kitapçık s.1 · 21.10.2026 10:55</dc:subject>
  <dc:creator>Soru üretim</dc:creator>
  <cp:keywords>kitapcik:c4dbea5f-c8b9-4f5e-9024-57aef815d733 surum:1 cikti:3 olusturma:2026-10-21T10:55:43+03:00 sablon:yazili_sinav/kompakt baski:color … +6</cp:keywords>
  <dc:description>Çıktı #3 · kitapçık s.1 · 21.10.2026 10:55</dc:description>
  <cp:lastModifiedBy>Büşra Tahiroğlu</cp:lastModifiedBy>
  <cp:revision>20</cp:revision>
  <dcterms:created xsi:type="dcterms:W3CDTF">2026-10-22T16:09:00Z</dcterms:created>
  <dcterms:modified xsi:type="dcterms:W3CDTF">2026-10-27T18:19:00Z</dcterms:modified>
  <cp:category>yazili_sinav/kompakt</cp:category>
  <dc:identifier>c4dbea5f-c8b9-4f5e-9024-57aef815d733</dc:identifier>
  <cp:contentStatus>Çıktı #3</cp:contentStatus>
  <dc:language>tr-TR</dc:language>
  <cp:version>1</cp:version>
</cp:coreProperties>
</file>